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נימוק חזק או חלש?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נימוק חזק לנימוק חלש בטיעון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סוגים של נימוקים חלשים (כי ככה, טעם אישי, הכללה, חזרה על הטענה)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נימוק חזק לטענה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חזק או חלש? ואיזה 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נימוק חלש - טעם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נימוק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נימוק חלש - הכללה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נימוק חלש - חזרה על הטענה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נימוק 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מה שהופך נימוק לחזק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בו שום הסבר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הכללה, לרוב לא נכונה ולא מדויקת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הסבר ודוגמה הופכים נימוק חלש לחזק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סוג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(כי ככה, זהו, זה מה שיש)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(כי אני אוהב את זה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(כל מי שעושה את זה תמיד מצליח)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(כי זה טוב, וזה נכון שזה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(כי היום יום שלישי)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הכללה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איך בודקים נימוק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הטענה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הנימוק שמופיע אחריה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שואלים: האם הנימוק מסביר למה הטענה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זה טעם אישי, הכללה או חזרה על הטענה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מחליטים אם הנימוק חזק או חלש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 שמסביר קשר אמיתי, למשל שמשחק עוזר לריכוז ומפחית לחץ, ולא רק טעם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זו הכללה - לא תמיד נכון שכל מי שאוכל ירקות בריא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חזק מסביר באמת את הטענה, נימוק חלש לא מסביר כלום או לא קשור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הכללה משתמשת במילים כמו כל או אף אחד בלי בדיקה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הנימוק קשור לטענה ומוסיף הסבר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- לקרוא טענה ונימוק ולהצביע חזק או חלש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להמציא דוגמאות נוספות מהחיים שלהם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יחד בכיתה כמה דוגמאות של נימוקים חזקים שנכתבו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נימוק חזק או חלש?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לבדוק אם נימוק לטענה הוא טוב (חזק) או לא טוב (חלש). קוראים טענה ונימוק ובודקים אם יש קשר אמיתי ביניהם.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שבו אומרים מה חושבים ורוצים לשכנע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ההסבר שתומך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 חזק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שמסביר באמת למה הטענה 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 חלש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שלא ממש מסביר את הטענה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הכללה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שאומר שכולם או אף אחד, בלי בדיקה אמיתית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טעם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פרטית בלבד, בלי הסבר כללי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 ככה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בלי שום הסבר אמיתי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חזרה על הטענה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שרק אומר שוב את הטענה במילים אחרות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חזק או חלש? ואיזה 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בודקים מאיזה סוג הנימוק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 חלש - טעם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נימוק חלש - הכללה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נימוק חלש - חזרה על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בודקים אם הנימוק מסביר באמת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 חלש - כי 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נימוק חלש - הכללה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נימוק חלש - משהו לא קשור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שימו לב למילה 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חלש - חזרה על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 חלש - טעם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נימוק חלש - הכללה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נימוק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בדקו אם הנימוק מוסיף מידע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 חלש - הכללה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נימוק חלש - חזרה על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נימוק חלש - כי 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בדקו אם ההסבר אמיתי ומתאים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חלש - משהו לא קשור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 חלש - טעם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נימוק חלש - הכללה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נימוק חזק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חזק מסביר למה הטענה נכונה.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 ככה נחשב נימוק חזק כי הוא קצר וברור.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שמשתמש במילה כל או אף אחד הוא תמיד נימוק חזק.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לחזק נימוק על ידי הוספת הסבר או דוגמה.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מתאימים סוג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 ככה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כי אני אוהב את זה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טעם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כי זה טוב, וזה נכון שזה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הכללה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כי היום יום שלישי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חזרה על הטענה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מי שעושה את זה תמיד מצליח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משהו לא קשור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כי ככה, זהו, זה מה שיש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נימוק __________ קשור לטענה ומסביר באמת למה היא 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נימוק __________ לא מסביר באמת את הטענה.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כשאומרים שכל הילדים עושים משהו בלי בדיקה, זו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נימוק שרק חוזר על הטענה במילים אחרות נקרא __________ על הטענה.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איך בודקים נימוק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זה טעם אישי, הכללה או חזרה על הטענה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אם הנימוק חזק או חלש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הטענה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הנימוק שמופיע אחריה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שואלים: האם הנימוק מסביר למה הטענה נכונה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נימוק חזק לטענה: כדאי להוסיף זמן משחק בהפסקה.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למה הנימוק: כל מי שאוכל ירקות בריא לגמרי, הוא נימוק חלש.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נימוק חזק לנימוק חלש?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לנימוק שהוא הכללה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נימוק חזק אחד לטענה שבחרתם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נימוק חזק או חלש?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