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נימוק חזק או חלש?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נימוק חזק לנימוק חלש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סוגים של נימוקים חלשים (כי ככה, טעם אישי, הכללה, חזרה על הטענה)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נימוק חזק לטענה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חזק או חלש? ואיזה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נימוק חלש - טעם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נימוק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מה שהופך נימוק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בו שום הסבר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סוג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(כי ככה, זהו, זה מה שיש)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(כי אני אוהב את זה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 מי שעושה את זה תמיד מצליח)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(כי זה טוב, וזה נכון שזה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בודקים נימוק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הטענה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הנימוק שמופיע 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שואלים: האם הנימוק מסביר למה הטענה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זה טעם אישי, הכללה או חזרה על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 שמסביר קשר אמיתי, למשל שמשחק עוזר לריכוז ומפחית לחץ, ולא רק טעם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חזק מסביר באמת את הטענה, נימוק חלש לא מסביר כלום או לא קשור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הכללה משתמשת במילים כמו כל או אף אחד בלי בדיקה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הנימוק קשור לטענה ומוסיף הסבר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לקרוא טענה ונימוק ולהצביע חזק או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להמציא דוגמאות נוספות מהחיים שלהם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בכיתה כמה דוגמאות של נימוקים חזקים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נימוק חזק או חלש?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כשכותבים טיעון חשוב שהנימוק יסביר באמת למה הטענה נכונה. נימוק חלש לא מסביר כלום, הוא רק דעה אישית, הכללה או חזרה על הטענה במילים אחרות.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חלש  ·  חזק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חזק או חלש? ואיזה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טענה: כדאי להוסיף הפסקה ארוכה יותר. נימוק: כי ככה אני רוצה.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נימוק חלש - טעם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נימוק חלש - הכללה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טענה: כדאי לקרוא ספרים בכיתה. נימוק: קריאה מפתחת דמיון ומעשירה את אוצר המילים.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נימוק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נימוק חלש - כי 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נימוק חלש - הכללה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חזק מסביר למה הטענה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 ככה נחשב נימוק חזק כי הוא קצר וברור.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מתאימים סוג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 ככה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 זה טוב, וזה נכון שזה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טעם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מי שעושה את זה תמיד מצליח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הכללה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כי אני אוהב את זה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חזרה על הטענה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כי ככה, זהו, זה מה שיש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נימוק __________ קשור לטענה ומסביר באמת למה היא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נימוק __________ לא מסביר באמת את הטענה.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איך בודקים נימוק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הנימוק שמופיע אחריה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שואלים: האם הנימוק מסביר למה הטענה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זה טעם אישי, הכללה או חזרה על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הטענה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נימוק חזק לטענה: כדאי להוסיף זמן משחק בהפסקה.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נימוק חזק לנימוק חלש?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לנימוק שהוא הכללה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נימוק חזק או חלש?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